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C40D0" w14:textId="77777777" w:rsidR="003C79DA" w:rsidRPr="002A2FE3" w:rsidRDefault="003C79DA" w:rsidP="00134A1C">
      <w:pPr>
        <w:spacing w:after="0"/>
        <w:jc w:val="right"/>
        <w:rPr>
          <w:rFonts w:asciiTheme="minorHAnsi" w:hAnsiTheme="minorHAnsi" w:cstheme="majorHAnsi"/>
          <w:szCs w:val="24"/>
          <w:lang w:val="ro-RO"/>
        </w:rPr>
      </w:pPr>
      <w:bookmarkStart w:id="0" w:name="_Hlk204763488"/>
      <w:r w:rsidRPr="002A2FE3">
        <w:rPr>
          <w:rFonts w:asciiTheme="minorHAnsi" w:hAnsiTheme="minorHAnsi" w:cstheme="majorHAnsi"/>
          <w:szCs w:val="24"/>
          <w:lang w:val="ro-RO"/>
        </w:rPr>
        <w:t>Anexa 4</w:t>
      </w:r>
    </w:p>
    <w:p w14:paraId="6BEF1A9D" w14:textId="77777777" w:rsidR="003C79DA" w:rsidRPr="002A2FE3" w:rsidRDefault="003C79DA" w:rsidP="00134A1C">
      <w:p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</w:p>
    <w:p w14:paraId="4EDCFBEF" w14:textId="77777777" w:rsidR="00B211F2" w:rsidRPr="002A2FE3" w:rsidRDefault="00271E63" w:rsidP="00134A1C">
      <w:pPr>
        <w:spacing w:after="0"/>
        <w:jc w:val="center"/>
        <w:rPr>
          <w:rFonts w:asciiTheme="minorHAnsi" w:hAnsiTheme="minorHAnsi" w:cstheme="majorHAnsi"/>
          <w:b/>
          <w:bCs/>
          <w:szCs w:val="24"/>
          <w:lang w:val="ro-RO"/>
        </w:rPr>
      </w:pPr>
      <w:r w:rsidRPr="002A2FE3">
        <w:rPr>
          <w:rFonts w:asciiTheme="minorHAnsi" w:hAnsiTheme="minorHAnsi" w:cstheme="majorHAnsi"/>
          <w:b/>
          <w:bCs/>
          <w:szCs w:val="24"/>
          <w:lang w:val="ro-RO"/>
        </w:rPr>
        <w:t>DECLARAȚIE PE PROPRIA RĂSPUNDERE</w:t>
      </w:r>
    </w:p>
    <w:bookmarkEnd w:id="0"/>
    <w:p w14:paraId="0EB9E641" w14:textId="77777777" w:rsidR="00B211F2" w:rsidRPr="002A2FE3" w:rsidRDefault="000A2E35" w:rsidP="00134A1C">
      <w:pPr>
        <w:spacing w:after="0"/>
        <w:jc w:val="center"/>
        <w:rPr>
          <w:rFonts w:asciiTheme="minorHAnsi" w:hAnsiTheme="minorHAnsi" w:cstheme="majorHAnsi"/>
          <w:b/>
          <w:bCs/>
          <w:szCs w:val="24"/>
          <w:lang w:val="ro-RO"/>
        </w:rPr>
      </w:pPr>
      <w:r w:rsidRPr="002A2FE3">
        <w:rPr>
          <w:rFonts w:asciiTheme="minorHAnsi" w:hAnsiTheme="minorHAnsi" w:cstheme="majorHAnsi"/>
          <w:b/>
          <w:bCs/>
          <w:szCs w:val="24"/>
          <w:lang w:val="ro-RO"/>
        </w:rPr>
        <w:t xml:space="preserve">privind îndeplinirea </w:t>
      </w:r>
      <w:r w:rsidR="00E64E57" w:rsidRPr="002A2FE3">
        <w:rPr>
          <w:rFonts w:asciiTheme="minorHAnsi" w:hAnsiTheme="minorHAnsi" w:cstheme="majorHAnsi"/>
          <w:b/>
          <w:bCs/>
          <w:szCs w:val="24"/>
          <w:lang w:val="ro-RO"/>
        </w:rPr>
        <w:t>condițiil</w:t>
      </w:r>
      <w:r w:rsidRPr="002A2FE3">
        <w:rPr>
          <w:rFonts w:asciiTheme="minorHAnsi" w:hAnsiTheme="minorHAnsi" w:cstheme="majorHAnsi"/>
          <w:b/>
          <w:bCs/>
          <w:szCs w:val="24"/>
          <w:lang w:val="ro-RO"/>
        </w:rPr>
        <w:t>or</w:t>
      </w:r>
      <w:r w:rsidR="00E64E57" w:rsidRPr="002A2FE3">
        <w:rPr>
          <w:rFonts w:asciiTheme="minorHAnsi" w:hAnsiTheme="minorHAnsi" w:cstheme="majorHAnsi"/>
          <w:b/>
          <w:bCs/>
          <w:szCs w:val="24"/>
          <w:lang w:val="ro-RO"/>
        </w:rPr>
        <w:t xml:space="preserve"> de eligibilitate</w:t>
      </w:r>
    </w:p>
    <w:p w14:paraId="0CC30AB5" w14:textId="77777777" w:rsidR="003C2954" w:rsidRPr="002A2FE3" w:rsidRDefault="003C2954" w:rsidP="00134A1C">
      <w:p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</w:p>
    <w:p w14:paraId="317E72FC" w14:textId="77777777" w:rsidR="003C2954" w:rsidRPr="002A2FE3" w:rsidRDefault="003C2954" w:rsidP="00134A1C">
      <w:p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</w:p>
    <w:p w14:paraId="5B0DEDFC" w14:textId="77777777" w:rsidR="002A2FE3" w:rsidRDefault="00753CD5" w:rsidP="00134A1C">
      <w:pPr>
        <w:spacing w:after="0"/>
        <w:ind w:firstLine="720"/>
        <w:jc w:val="both"/>
        <w:rPr>
          <w:rFonts w:asciiTheme="minorHAnsi" w:hAnsiTheme="minorHAnsi" w:cstheme="majorHAnsi"/>
          <w:szCs w:val="24"/>
          <w:lang w:val="ro-RO"/>
        </w:rPr>
      </w:pPr>
      <w:r w:rsidRPr="00753CD5">
        <w:rPr>
          <w:rFonts w:ascii="Cambria" w:hAnsi="Cambria"/>
          <w:szCs w:val="24"/>
          <w:lang w:val="ro-RO"/>
        </w:rPr>
        <w:t xml:space="preserve">Subsemnatul/a .................................................., identificat/ă cu C.I. seria .... nr. .........., eliberată de .................. la data de ..........., CNP ................................, în calitate de reprezentant legal al solicitantului ...................................................................., </w:t>
      </w:r>
      <w:r w:rsidRPr="002A2FE3">
        <w:rPr>
          <w:rFonts w:asciiTheme="minorHAnsi" w:hAnsiTheme="minorHAnsi" w:cstheme="majorHAnsi"/>
          <w:szCs w:val="24"/>
          <w:lang w:val="ro-RO"/>
        </w:rPr>
        <w:t>declar pe propria răspundere că, prin proiectul ...................................................................................................................................,</w:t>
      </w:r>
      <w:r w:rsidR="00BF6825">
        <w:rPr>
          <w:rFonts w:asciiTheme="minorHAnsi" w:hAnsiTheme="minorHAnsi" w:cstheme="majorHAnsi"/>
          <w:szCs w:val="24"/>
          <w:lang w:val="ro-RO"/>
        </w:rPr>
        <w:t xml:space="preserve"> </w:t>
      </w:r>
      <w:r w:rsidR="00330C60" w:rsidRPr="00330C60">
        <w:rPr>
          <w:rFonts w:asciiTheme="minorHAnsi" w:hAnsiTheme="minorHAnsi" w:cstheme="majorHAnsi"/>
          <w:szCs w:val="24"/>
          <w:lang w:val="ro-RO"/>
        </w:rPr>
        <w:t>d</w:t>
      </w:r>
      <w:r w:rsidR="00E04E3A">
        <w:rPr>
          <w:rFonts w:asciiTheme="minorHAnsi" w:hAnsiTheme="minorHAnsi" w:cstheme="majorHAnsi"/>
          <w:szCs w:val="24"/>
          <w:lang w:val="ro-RO"/>
        </w:rPr>
        <w:t>epus în cadrul intervenției .........</w:t>
      </w:r>
      <w:r w:rsidR="00330C60" w:rsidRPr="00330C60">
        <w:rPr>
          <w:rFonts w:asciiTheme="minorHAnsi" w:hAnsiTheme="minorHAnsi" w:cstheme="majorHAnsi"/>
          <w:szCs w:val="24"/>
          <w:lang w:val="ro-RO"/>
        </w:rPr>
        <w:t>, fina</w:t>
      </w:r>
      <w:r w:rsidR="00271E63">
        <w:rPr>
          <w:rFonts w:asciiTheme="minorHAnsi" w:hAnsiTheme="minorHAnsi" w:cstheme="majorHAnsi"/>
          <w:szCs w:val="24"/>
          <w:lang w:val="ro-RO"/>
        </w:rPr>
        <w:t>nțată prin GAL „Moldo-Prut</w:t>
      </w:r>
      <w:r w:rsidR="00330C60" w:rsidRPr="00330C60">
        <w:rPr>
          <w:rFonts w:asciiTheme="minorHAnsi" w:hAnsiTheme="minorHAnsi" w:cstheme="majorHAnsi"/>
          <w:szCs w:val="24"/>
          <w:lang w:val="ro-RO"/>
        </w:rPr>
        <w:t>”, în cazul în care va fi selectat pentru finanțare, mă angajez să:</w:t>
      </w:r>
    </w:p>
    <w:p w14:paraId="406FBE7A" w14:textId="77777777" w:rsidR="00330C60" w:rsidRPr="002A2FE3" w:rsidRDefault="00330C60" w:rsidP="00134A1C">
      <w:pPr>
        <w:spacing w:after="0"/>
        <w:ind w:firstLine="720"/>
        <w:jc w:val="both"/>
        <w:rPr>
          <w:rFonts w:asciiTheme="minorHAnsi" w:hAnsiTheme="minorHAnsi" w:cstheme="majorHAnsi"/>
          <w:szCs w:val="24"/>
          <w:lang w:val="ro-RO"/>
        </w:rPr>
      </w:pPr>
    </w:p>
    <w:p w14:paraId="19EB37AC" w14:textId="77777777" w:rsidR="007A33A1" w:rsidRPr="002A2FE3" w:rsidRDefault="003B7948" w:rsidP="002A2FE3">
      <w:pPr>
        <w:pStyle w:val="ListParagraph"/>
        <w:numPr>
          <w:ilvl w:val="0"/>
          <w:numId w:val="12"/>
        </w:num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  <w:r w:rsidRPr="002A2FE3">
        <w:rPr>
          <w:rFonts w:asciiTheme="minorHAnsi" w:hAnsiTheme="minorHAnsi" w:cstheme="majorHAnsi"/>
          <w:szCs w:val="24"/>
          <w:lang w:val="ro-RO"/>
        </w:rPr>
        <w:t>Să creez cel puțin un loc de muncă cu normă întreagă și să mențin acest loc de muncă pe întreaga durată de monitorizare a proiectului, conform cerințelor ghidului solicitantului și legislației în vigoare</w:t>
      </w:r>
      <w:r w:rsidR="00E64E57" w:rsidRPr="002A2FE3">
        <w:rPr>
          <w:rFonts w:asciiTheme="minorHAnsi" w:hAnsiTheme="minorHAnsi" w:cstheme="majorHAnsi"/>
          <w:szCs w:val="24"/>
          <w:lang w:val="ro-RO"/>
        </w:rPr>
        <w:t>;</w:t>
      </w:r>
    </w:p>
    <w:p w14:paraId="6FC383CB" w14:textId="77777777" w:rsidR="00456563" w:rsidRPr="002A2FE3" w:rsidRDefault="0063397D" w:rsidP="002A2FE3">
      <w:pPr>
        <w:pStyle w:val="ListParagraph"/>
        <w:numPr>
          <w:ilvl w:val="0"/>
          <w:numId w:val="12"/>
        </w:num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  <w:r w:rsidRPr="002A2FE3">
        <w:rPr>
          <w:rFonts w:asciiTheme="minorHAnsi" w:hAnsiTheme="minorHAnsi" w:cstheme="majorHAnsi"/>
          <w:szCs w:val="24"/>
          <w:lang w:val="ro-RO"/>
        </w:rPr>
        <w:t>S</w:t>
      </w:r>
      <w:r w:rsidR="00456563" w:rsidRPr="002A2FE3">
        <w:rPr>
          <w:rFonts w:asciiTheme="minorHAnsi" w:hAnsiTheme="minorHAnsi" w:cstheme="majorHAnsi"/>
          <w:szCs w:val="24"/>
          <w:lang w:val="ro-RO"/>
        </w:rPr>
        <w:t>ă încep implementarea planului de afaceri în termen de cel mult 2 luni de la data încasării primei tranșe de plată</w:t>
      </w:r>
      <w:r w:rsidR="002A2FE3" w:rsidRPr="002A2FE3">
        <w:rPr>
          <w:rFonts w:asciiTheme="minorHAnsi" w:hAnsiTheme="minorHAnsi" w:cstheme="majorHAnsi"/>
          <w:szCs w:val="24"/>
          <w:lang w:val="ro-RO"/>
        </w:rPr>
        <w:t>;</w:t>
      </w:r>
    </w:p>
    <w:p w14:paraId="3AA3F96F" w14:textId="23A17FBB" w:rsidR="004C0FF1" w:rsidRPr="002A2FE3" w:rsidRDefault="006E3EDB" w:rsidP="002A2FE3">
      <w:pPr>
        <w:pStyle w:val="ListParagraph"/>
        <w:numPr>
          <w:ilvl w:val="0"/>
          <w:numId w:val="12"/>
        </w:num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  <w:bookmarkStart w:id="1" w:name="_Hlk204777727"/>
      <w:r w:rsidRPr="002A2FE3">
        <w:rPr>
          <w:rFonts w:asciiTheme="minorHAnsi" w:hAnsiTheme="minorHAnsi" w:cstheme="majorHAnsi"/>
          <w:szCs w:val="24"/>
          <w:lang w:val="ro-RO"/>
        </w:rPr>
        <w:t xml:space="preserve">Să </w:t>
      </w:r>
      <w:r w:rsidR="004C0FF1" w:rsidRPr="002A2FE3">
        <w:rPr>
          <w:rFonts w:asciiTheme="minorHAnsi" w:hAnsiTheme="minorHAnsi" w:cstheme="majorHAnsi"/>
          <w:szCs w:val="24"/>
          <w:lang w:val="ro-RO"/>
        </w:rPr>
        <w:t>implement</w:t>
      </w:r>
      <w:r w:rsidRPr="002A2FE3">
        <w:rPr>
          <w:rFonts w:asciiTheme="minorHAnsi" w:hAnsiTheme="minorHAnsi" w:cstheme="majorHAnsi"/>
          <w:szCs w:val="24"/>
          <w:lang w:val="ro-RO"/>
        </w:rPr>
        <w:t>ez</w:t>
      </w:r>
      <w:r w:rsidR="004C0FF1" w:rsidRPr="002A2FE3">
        <w:rPr>
          <w:rFonts w:asciiTheme="minorHAnsi" w:hAnsiTheme="minorHAnsi" w:cstheme="majorHAnsi"/>
          <w:szCs w:val="24"/>
          <w:lang w:val="ro-RO"/>
        </w:rPr>
        <w:t xml:space="preserve"> planul de afaceri</w:t>
      </w:r>
      <w:bookmarkEnd w:id="1"/>
      <w:r w:rsidR="004C0FF1" w:rsidRPr="002A2FE3">
        <w:rPr>
          <w:rFonts w:asciiTheme="minorHAnsi" w:hAnsiTheme="minorHAnsi" w:cstheme="majorHAnsi"/>
          <w:szCs w:val="24"/>
          <w:lang w:val="ro-RO"/>
        </w:rPr>
        <w:t xml:space="preserve">, inclusiv </w:t>
      </w:r>
      <w:r w:rsidR="007967D9" w:rsidRPr="002A2FE3">
        <w:rPr>
          <w:rFonts w:asciiTheme="minorHAnsi" w:hAnsiTheme="minorHAnsi" w:cstheme="majorHAnsi"/>
          <w:szCs w:val="24"/>
          <w:lang w:val="ro-RO"/>
        </w:rPr>
        <w:t>să depun ultima transă de plată</w:t>
      </w:r>
      <w:r w:rsidR="00D950A7" w:rsidRPr="002A2FE3">
        <w:rPr>
          <w:rFonts w:asciiTheme="minorHAnsi" w:hAnsiTheme="minorHAnsi" w:cstheme="majorHAnsi"/>
          <w:szCs w:val="24"/>
          <w:lang w:val="ro-RO"/>
        </w:rPr>
        <w:t>,</w:t>
      </w:r>
      <w:r w:rsidR="007967D9" w:rsidRPr="002A2FE3">
        <w:rPr>
          <w:rFonts w:asciiTheme="minorHAnsi" w:hAnsiTheme="minorHAnsi" w:cstheme="majorHAnsi"/>
          <w:szCs w:val="24"/>
          <w:lang w:val="ro-RO"/>
        </w:rPr>
        <w:t xml:space="preserve"> </w:t>
      </w:r>
      <w:r w:rsidR="004C0FF1" w:rsidRPr="002A2FE3">
        <w:rPr>
          <w:rFonts w:asciiTheme="minorHAnsi" w:hAnsiTheme="minorHAnsi" w:cstheme="majorHAnsi"/>
          <w:szCs w:val="24"/>
          <w:lang w:val="ro-RO"/>
        </w:rPr>
        <w:t>în termen de cel mult</w:t>
      </w:r>
      <w:r w:rsidR="00EB0D4D">
        <w:rPr>
          <w:rFonts w:asciiTheme="minorHAnsi" w:hAnsiTheme="minorHAnsi" w:cstheme="majorHAnsi"/>
          <w:szCs w:val="24"/>
          <w:lang w:val="ro-RO"/>
        </w:rPr>
        <w:t>......</w:t>
      </w:r>
      <w:r w:rsidR="004C0FF1" w:rsidRPr="002A2FE3">
        <w:rPr>
          <w:rFonts w:asciiTheme="minorHAnsi" w:hAnsiTheme="minorHAnsi" w:cstheme="majorHAnsi"/>
          <w:szCs w:val="24"/>
          <w:lang w:val="ro-RO"/>
        </w:rPr>
        <w:t xml:space="preserve"> luni de la semnarea contractului</w:t>
      </w:r>
      <w:r w:rsidR="002A2FE3" w:rsidRPr="002A2FE3">
        <w:rPr>
          <w:rFonts w:asciiTheme="minorHAnsi" w:hAnsiTheme="minorHAnsi" w:cstheme="majorHAnsi"/>
          <w:szCs w:val="24"/>
          <w:lang w:val="ro-RO"/>
        </w:rPr>
        <w:t>;</w:t>
      </w:r>
    </w:p>
    <w:p w14:paraId="3FA4E660" w14:textId="77777777" w:rsidR="00E64E57" w:rsidRPr="002A2FE3" w:rsidRDefault="007967D9" w:rsidP="002A2FE3">
      <w:pPr>
        <w:pStyle w:val="ListParagraph"/>
        <w:numPr>
          <w:ilvl w:val="0"/>
          <w:numId w:val="12"/>
        </w:num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  <w:r w:rsidRPr="002A2FE3">
        <w:rPr>
          <w:rFonts w:asciiTheme="minorHAnsi" w:hAnsiTheme="minorHAnsi" w:cstheme="majorHAnsi"/>
          <w:szCs w:val="24"/>
          <w:lang w:val="ro-RO"/>
        </w:rPr>
        <w:t>Să respect toate condițiile de eligibilitate, criteriile de selecție și obligațiile asumate prin proiect pe toată durata de implementare și monitorizare</w:t>
      </w:r>
      <w:r w:rsidR="002A2FE3" w:rsidRPr="002A2FE3">
        <w:rPr>
          <w:rFonts w:asciiTheme="minorHAnsi" w:hAnsiTheme="minorHAnsi" w:cstheme="majorHAnsi"/>
          <w:szCs w:val="24"/>
          <w:lang w:val="ro-RO"/>
        </w:rPr>
        <w:t>.</w:t>
      </w:r>
    </w:p>
    <w:p w14:paraId="3426BC8E" w14:textId="77777777" w:rsidR="00D950A7" w:rsidRPr="002A2FE3" w:rsidRDefault="00D950A7" w:rsidP="00134A1C">
      <w:p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  <w:bookmarkStart w:id="2" w:name="_Hlk204764391"/>
    </w:p>
    <w:p w14:paraId="4D1C5898" w14:textId="77777777" w:rsidR="002A2FE3" w:rsidRDefault="00CB2958" w:rsidP="00134A1C">
      <w:p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  <w:r w:rsidRPr="002A2FE3">
        <w:rPr>
          <w:rFonts w:asciiTheme="minorHAnsi" w:hAnsiTheme="minorHAnsi" w:cstheme="majorHAnsi"/>
          <w:szCs w:val="24"/>
          <w:lang w:val="ro-RO"/>
        </w:rPr>
        <w:t xml:space="preserve">Declar că informațiile prezentate sunt complete, reale și conforme cu realitatea la data semnării prezentei declarații. </w:t>
      </w:r>
    </w:p>
    <w:p w14:paraId="537FA439" w14:textId="77777777" w:rsidR="002A2FE3" w:rsidRDefault="00CB2958" w:rsidP="002A2FE3">
      <w:p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  <w:r w:rsidRPr="002A2FE3">
        <w:rPr>
          <w:rFonts w:asciiTheme="minorHAnsi" w:hAnsiTheme="minorHAnsi" w:cstheme="majorHAnsi"/>
          <w:szCs w:val="24"/>
          <w:lang w:val="ro-RO"/>
        </w:rPr>
        <w:t>Înțeleg că orice declarație falsă poate atrage răspunderea civilă, administrativă sau penală,</w:t>
      </w:r>
    </w:p>
    <w:p w14:paraId="62CBF2DA" w14:textId="77777777" w:rsidR="00CB2958" w:rsidRPr="002A2FE3" w:rsidRDefault="00CB2958" w:rsidP="002A2FE3">
      <w:pPr>
        <w:spacing w:after="0"/>
        <w:rPr>
          <w:rFonts w:asciiTheme="minorHAnsi" w:hAnsiTheme="minorHAnsi" w:cstheme="majorHAnsi"/>
          <w:szCs w:val="24"/>
          <w:lang w:val="ro-RO"/>
        </w:rPr>
      </w:pPr>
      <w:r w:rsidRPr="002A2FE3">
        <w:rPr>
          <w:rFonts w:asciiTheme="minorHAnsi" w:hAnsiTheme="minorHAnsi" w:cstheme="majorHAnsi"/>
          <w:szCs w:val="24"/>
          <w:lang w:val="ro-RO"/>
        </w:rPr>
        <w:t>conform legislației în vigoare.</w:t>
      </w:r>
      <w:r w:rsidRPr="002A2FE3">
        <w:rPr>
          <w:rFonts w:asciiTheme="minorHAnsi" w:hAnsiTheme="minorHAnsi" w:cstheme="majorHAnsi"/>
          <w:szCs w:val="24"/>
          <w:lang w:val="ro-RO"/>
        </w:rPr>
        <w:br/>
      </w:r>
    </w:p>
    <w:p w14:paraId="45306E5C" w14:textId="77777777" w:rsidR="003C79DA" w:rsidRPr="002A2FE3" w:rsidRDefault="003C79DA" w:rsidP="00134A1C">
      <w:p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</w:p>
    <w:p w14:paraId="6E069F1A" w14:textId="77777777" w:rsidR="00B211F2" w:rsidRPr="002A2FE3" w:rsidRDefault="00271E63" w:rsidP="00134A1C">
      <w:p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  <w:r w:rsidRPr="002A2FE3">
        <w:rPr>
          <w:rFonts w:asciiTheme="minorHAnsi" w:hAnsiTheme="minorHAnsi" w:cstheme="majorHAnsi"/>
          <w:szCs w:val="24"/>
          <w:lang w:val="ro-RO"/>
        </w:rPr>
        <w:t xml:space="preserve">Nume și prenume: </w:t>
      </w:r>
    </w:p>
    <w:p w14:paraId="0F12A6ED" w14:textId="77777777" w:rsidR="00B211F2" w:rsidRPr="002A2FE3" w:rsidRDefault="00271E63" w:rsidP="00134A1C">
      <w:p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  <w:r w:rsidRPr="002A2FE3">
        <w:rPr>
          <w:rFonts w:asciiTheme="minorHAnsi" w:hAnsiTheme="minorHAnsi" w:cstheme="majorHAnsi"/>
          <w:szCs w:val="24"/>
          <w:lang w:val="ro-RO"/>
        </w:rPr>
        <w:t xml:space="preserve">Semnătură: </w:t>
      </w:r>
      <w:bookmarkEnd w:id="2"/>
    </w:p>
    <w:p w14:paraId="599A9CF3" w14:textId="77777777" w:rsidR="003C79DA" w:rsidRPr="002A2FE3" w:rsidRDefault="003C79DA" w:rsidP="00134A1C">
      <w:p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  <w:r w:rsidRPr="002A2FE3">
        <w:rPr>
          <w:rFonts w:asciiTheme="minorHAnsi" w:hAnsiTheme="minorHAnsi" w:cstheme="majorHAnsi"/>
          <w:szCs w:val="24"/>
          <w:lang w:val="ro-RO"/>
        </w:rPr>
        <w:t xml:space="preserve">Dată: </w:t>
      </w:r>
    </w:p>
    <w:p w14:paraId="1B8401BA" w14:textId="77777777" w:rsidR="00472152" w:rsidRPr="002A2FE3" w:rsidRDefault="00472152" w:rsidP="00134A1C">
      <w:pPr>
        <w:spacing w:after="0"/>
        <w:jc w:val="both"/>
        <w:rPr>
          <w:rFonts w:asciiTheme="minorHAnsi" w:hAnsiTheme="minorHAnsi" w:cstheme="majorHAnsi"/>
          <w:szCs w:val="24"/>
          <w:lang w:val="ro-RO"/>
        </w:rPr>
      </w:pPr>
    </w:p>
    <w:sectPr w:rsidR="00472152" w:rsidRPr="002A2FE3" w:rsidSect="003C79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8B4E4" w14:textId="77777777" w:rsidR="003235DE" w:rsidRDefault="003235DE" w:rsidP="00134A1C">
      <w:pPr>
        <w:spacing w:after="0" w:line="240" w:lineRule="auto"/>
      </w:pPr>
      <w:r>
        <w:separator/>
      </w:r>
    </w:p>
  </w:endnote>
  <w:endnote w:type="continuationSeparator" w:id="0">
    <w:p w14:paraId="602C5F26" w14:textId="77777777" w:rsidR="003235DE" w:rsidRDefault="003235DE" w:rsidP="00134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59739" w14:textId="77777777" w:rsidR="003235DE" w:rsidRDefault="003235DE" w:rsidP="00134A1C">
      <w:pPr>
        <w:spacing w:after="0" w:line="240" w:lineRule="auto"/>
      </w:pPr>
      <w:r>
        <w:separator/>
      </w:r>
    </w:p>
  </w:footnote>
  <w:footnote w:type="continuationSeparator" w:id="0">
    <w:p w14:paraId="0741882A" w14:textId="77777777" w:rsidR="003235DE" w:rsidRDefault="003235DE" w:rsidP="00134A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E74A47"/>
    <w:multiLevelType w:val="multilevel"/>
    <w:tmpl w:val="B280583E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91598B"/>
    <w:multiLevelType w:val="hybridMultilevel"/>
    <w:tmpl w:val="E1840078"/>
    <w:lvl w:ilvl="0" w:tplc="0409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4D0A92"/>
    <w:multiLevelType w:val="hybridMultilevel"/>
    <w:tmpl w:val="8932CA1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534195">
    <w:abstractNumId w:val="8"/>
  </w:num>
  <w:num w:numId="2" w16cid:durableId="1931042955">
    <w:abstractNumId w:val="6"/>
  </w:num>
  <w:num w:numId="3" w16cid:durableId="41683777">
    <w:abstractNumId w:val="5"/>
  </w:num>
  <w:num w:numId="4" w16cid:durableId="966930196">
    <w:abstractNumId w:val="4"/>
  </w:num>
  <w:num w:numId="5" w16cid:durableId="1099176520">
    <w:abstractNumId w:val="7"/>
  </w:num>
  <w:num w:numId="6" w16cid:durableId="177352443">
    <w:abstractNumId w:val="3"/>
  </w:num>
  <w:num w:numId="7" w16cid:durableId="1904831692">
    <w:abstractNumId w:val="2"/>
  </w:num>
  <w:num w:numId="8" w16cid:durableId="1632663976">
    <w:abstractNumId w:val="1"/>
  </w:num>
  <w:num w:numId="9" w16cid:durableId="1697269252">
    <w:abstractNumId w:val="0"/>
  </w:num>
  <w:num w:numId="10" w16cid:durableId="287012444">
    <w:abstractNumId w:val="10"/>
  </w:num>
  <w:num w:numId="11" w16cid:durableId="1587491534">
    <w:abstractNumId w:val="9"/>
  </w:num>
  <w:num w:numId="12" w16cid:durableId="10486084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62C5D"/>
    <w:rsid w:val="000A2E35"/>
    <w:rsid w:val="00134A1C"/>
    <w:rsid w:val="0015074B"/>
    <w:rsid w:val="001E34E0"/>
    <w:rsid w:val="00256831"/>
    <w:rsid w:val="002676BC"/>
    <w:rsid w:val="00271E63"/>
    <w:rsid w:val="0029639D"/>
    <w:rsid w:val="002A2FE3"/>
    <w:rsid w:val="002B14C9"/>
    <w:rsid w:val="003235DE"/>
    <w:rsid w:val="00326F90"/>
    <w:rsid w:val="00330C60"/>
    <w:rsid w:val="003B7948"/>
    <w:rsid w:val="003C1367"/>
    <w:rsid w:val="003C2954"/>
    <w:rsid w:val="003C79DA"/>
    <w:rsid w:val="003E651A"/>
    <w:rsid w:val="00456563"/>
    <w:rsid w:val="00472152"/>
    <w:rsid w:val="00483930"/>
    <w:rsid w:val="004C0FF1"/>
    <w:rsid w:val="004C2AB7"/>
    <w:rsid w:val="004F557A"/>
    <w:rsid w:val="00585B5B"/>
    <w:rsid w:val="0063397D"/>
    <w:rsid w:val="006A2E3C"/>
    <w:rsid w:val="006E3EDB"/>
    <w:rsid w:val="00753CD5"/>
    <w:rsid w:val="007967D9"/>
    <w:rsid w:val="007A33A1"/>
    <w:rsid w:val="00846D50"/>
    <w:rsid w:val="008609DA"/>
    <w:rsid w:val="009F152C"/>
    <w:rsid w:val="00AA1D8D"/>
    <w:rsid w:val="00AC36AF"/>
    <w:rsid w:val="00B211F2"/>
    <w:rsid w:val="00B47730"/>
    <w:rsid w:val="00BF6825"/>
    <w:rsid w:val="00C45B8A"/>
    <w:rsid w:val="00C94D3A"/>
    <w:rsid w:val="00CB0664"/>
    <w:rsid w:val="00CB2958"/>
    <w:rsid w:val="00D950A7"/>
    <w:rsid w:val="00DA2428"/>
    <w:rsid w:val="00DD1F5E"/>
    <w:rsid w:val="00E04E3A"/>
    <w:rsid w:val="00E64E57"/>
    <w:rsid w:val="00EB0D4D"/>
    <w:rsid w:val="00ED1765"/>
    <w:rsid w:val="00EE3BCB"/>
    <w:rsid w:val="00F971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A82E03"/>
  <w15:docId w15:val="{F5A7D171-80E2-4F59-8F42-E4762235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032FE4-CA31-4A52-8364-02B7F53E4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Gal Husi</cp:lastModifiedBy>
  <cp:revision>22</cp:revision>
  <dcterms:created xsi:type="dcterms:W3CDTF">2013-12-23T23:15:00Z</dcterms:created>
  <dcterms:modified xsi:type="dcterms:W3CDTF">2025-12-02T11:47:00Z</dcterms:modified>
  <cp:category/>
</cp:coreProperties>
</file>